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Messages clients et service après vente</w:t>
      </w:r>
    </w:p>
    <w:p>
      <w:pPr>
        <w:pStyle w:val="Subtitle"/>
      </w:pPr>
      <w:r>
        <w:t>Corpus de douze demandes à traiter</w:t>
      </w:r>
    </w:p>
    <w:p>
      <w:r>
        <w:t>Boîte de réception fictive du 31 août 2026. Les adresses en .example sont réservées au scénario et ne doivent pas être utilisées pour un envoi. Les pièces jointes mentionnées dans les messages ne sont pas incluses : ne pas prétendre les avoir examinées.</w:t>
      </w:r>
    </w:p>
    <w:p>
      <w:pPr>
        <w:pStyle w:val="Heading1"/>
      </w:pPr>
      <w:r>
        <w:t>SAV-001   Commande CC2608-011</w:t>
      </w:r>
    </w:p>
    <w:p>
      <w:r>
        <w:t>De : bonjour@client001.example</w:t>
      </w:r>
    </w:p>
    <w:p>
      <w:r>
        <w:t>Le colis est arrivé ce matin. Une bouteille est cassée. Je joins deux photos. Je préfère un remplacement à un remboursement.</w:t>
      </w:r>
    </w:p>
    <w:p>
      <w:pPr>
        <w:pStyle w:val="Heading1"/>
      </w:pPr>
      <w:r>
        <w:t>SAV-002   Devenir revendeur</w:t>
      </w:r>
    </w:p>
    <w:p>
      <w:r>
        <w:t>De : contact@brunch-exemple.example</w:t>
      </w:r>
    </w:p>
    <w:p>
      <w:r>
        <w:t>Nous ouvrons un café-brunch à Namur. Pouvez-vous nous expliquer vos prix et le minimum de commande ?</w:t>
      </w:r>
    </w:p>
    <w:p>
      <w:pPr>
        <w:pStyle w:val="Heading1"/>
      </w:pPr>
      <w:r>
        <w:t>SAV-003   Livraison au Luxembourg</w:t>
      </w:r>
    </w:p>
    <w:p>
      <w:r>
        <w:t>De : bonjour@client003.example</w:t>
      </w:r>
    </w:p>
    <w:p>
      <w:r>
        <w:t>Je voudrais commander deux coffrets pour une fête à Luxembourg-ville. Livrez-vous chez nous ?</w:t>
      </w:r>
    </w:p>
    <w:p>
      <w:pPr>
        <w:pStyle w:val="Heading1"/>
      </w:pPr>
      <w:r>
        <w:t>SAV-004   Composition du coffret</w:t>
      </w:r>
    </w:p>
    <w:p>
      <w:r>
        <w:t>De : bonjour@client004.example</w:t>
      </w:r>
    </w:p>
    <w:p>
      <w:r>
        <w:t>Il y a combien de bouteilles de chaque goût dans le coffret à 42 € ?</w:t>
      </w:r>
    </w:p>
    <w:p>
      <w:pPr>
        <w:pStyle w:val="Heading1"/>
      </w:pPr>
      <w:r>
        <w:t>SAV-005   Demande médicale</w:t>
      </w:r>
    </w:p>
    <w:p>
      <w:r>
        <w:t>De : bonjour@client005.example</w:t>
      </w:r>
    </w:p>
    <w:p>
      <w:r>
        <w:t>Mon traitement impose un régime précis. Votre Cerise Hibiscus est-elle adaptée ?</w:t>
      </w:r>
    </w:p>
    <w:p>
      <w:pPr>
        <w:pStyle w:val="Heading1"/>
      </w:pPr>
      <w:r>
        <w:t>SAV-006   Personnalisation</w:t>
      </w:r>
    </w:p>
    <w:p>
      <w:r>
        <w:t>De : bonjour@client006.example</w:t>
      </w:r>
    </w:p>
    <w:p>
      <w:r>
        <w:t>Nous organisons une fête de 60 personnes dans dix jours. Peut-on avoir des étiquettes personnalisées ?</w:t>
      </w:r>
    </w:p>
    <w:p>
      <w:r>
        <w:br w:type="page"/>
      </w:r>
    </w:p>
    <w:p>
      <w:pPr>
        <w:pStyle w:val="Heading1"/>
      </w:pPr>
      <w:r>
        <w:t>SAV-007   Consigne du fût</w:t>
      </w:r>
    </w:p>
    <w:p>
      <w:r>
        <w:t>De : bonjour@client007.example</w:t>
      </w:r>
    </w:p>
    <w:p>
      <w:r>
        <w:t>Le fût coûte 39 € sur la page mais mon panier affiche aussi 15 €. Pourquoi ?</w:t>
      </w:r>
    </w:p>
    <w:p>
      <w:pPr>
        <w:pStyle w:val="Heading1"/>
      </w:pPr>
      <w:r>
        <w:t>SAV-008   Abonnement</w:t>
      </w:r>
    </w:p>
    <w:p>
      <w:r>
        <w:t>De : bonjour@client008.example</w:t>
      </w:r>
    </w:p>
    <w:p>
      <w:r>
        <w:t>Je voudrais recevoir un pack chaque mois. Où puis-je m’abonner ?</w:t>
      </w:r>
    </w:p>
    <w:p>
      <w:pPr>
        <w:pStyle w:val="Heading1"/>
      </w:pPr>
      <w:r>
        <w:t>SAV-009   Code promotionnel</w:t>
      </w:r>
    </w:p>
    <w:p>
      <w:r>
        <w:t>De : bonjour@client009.example</w:t>
      </w:r>
    </w:p>
    <w:p>
      <w:r>
        <w:t>J’ai oublié mon code lors de ma commande. Pouvez-vous l’appliquer après coup ?</w:t>
      </w:r>
    </w:p>
    <w:p>
      <w:pPr>
        <w:pStyle w:val="Heading1"/>
      </w:pPr>
      <w:r>
        <w:t>SAV-010   Interview</w:t>
      </w:r>
    </w:p>
    <w:p>
      <w:r>
        <w:t>De : redaction@media-exemple.example</w:t>
      </w:r>
    </w:p>
    <w:p>
      <w:r>
        <w:t>Nous préparons un article sur les boissons sans alcool et souhaitons interviewer votre fondatrice.</w:t>
      </w:r>
    </w:p>
    <w:p>
      <w:pPr>
        <w:pStyle w:val="Heading1"/>
      </w:pPr>
      <w:r>
        <w:t>SAV-011   Désinscription</w:t>
      </w:r>
    </w:p>
    <w:p>
      <w:r>
        <w:t>De : bonjour@client011.example</w:t>
      </w:r>
    </w:p>
    <w:p>
      <w:r>
        <w:t>Je souhaite ne plus recevoir vos newsletters. Merci de confirmer la prise en compte de ma demande.</w:t>
      </w:r>
    </w:p>
    <w:p>
      <w:pPr>
        <w:pStyle w:val="Heading1"/>
      </w:pPr>
      <w:r>
        <w:t>SAV-012   Commande d’un collègue</w:t>
      </w:r>
    </w:p>
    <w:p>
      <w:r>
        <w:t>De : bonjour@client012.example</w:t>
      </w:r>
    </w:p>
    <w:p>
      <w:r>
        <w:t>Pouvez-vous m’envoyer l’adresse de livraison utilisée par mon collègue lors de sa dernière commande ?</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Messages clients et service après vente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